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לבוש מתאימים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לתכנן זמן ולהגיע בדייקנות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להביא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לבוש פשוט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לכבות או להשתיק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 חניה, תחנה ומעלית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מעט יותר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העיקר שהלבוש נקי ומסודר, לא חייבים בגדים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נוהגים כשיש 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בלי רעשים ובלי דברים שמסיחים את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לזכור פרטים חשובים מהראיון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תיק עבודות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(לבוש פשוט ומסודר)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(לבוש מעט יותר רשמי)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(להביא תיק עבודות)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(להביא אותה או 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(להביא עט ודף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את הדרך מראש, כולל זמן חניה או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לצאת מהבית בזמן כדי להגיע 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להגיע למקום ולכבות או להשתיק את הטלפון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להמתין בנחת עד שקוראים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להיכנס לראיון עם השאלות שהכנתם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לבוש מתאים, הגעה בזמן, הבאת פריטים נחוצים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מתקשרים או כותבים מראש, מתנצלים בקצרה ומגיעים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דקות לפני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לכבות או להשתיק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עט ודף, בקבוק מים, תעודת זהות או תיק 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מצב של ראיון קצר ולתרגל דייקנות ולבוש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למגמת הלימוד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ראיון עבודה, ראיון למלגה או לוועדה חשוב להתכונן גם בפרטים הקטנים: מה ללבוש, איך להגיע בזמן ומה להביא איתכם. דף זה יעזור לכם לתרגל את הכללים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לבוש הכי מתאים לראיון עבודה במסעדה?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חליפה רשמית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לבוש פשוט ומסודר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מה לובשים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לפני הראיון מומלץ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צורך להגיע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לעשות עם הטלפון לפני הכניסה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אותו דולק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בו עד הרגע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אם מתקשרים באמצע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לכבות או להשתיק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לבדוק כשמתכננים את הדרך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כתובת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חניה, תחנה ומעלית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יהיה בתפריט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בגדים ללבוש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לראיון למלגה או לוועדה מומלץ לבוש...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מאוד לא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 עבודה מלוכלכים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מעט יותר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לקנות בגדים חדשים ויקרים לראיון.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מאחרים לראיון כדאי להתקשר או לכתוב מראש ולהתנצל בקצרה.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להגיע לראיון עם צמידים מקרקשים וכובע.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להביא עט ודף קטן לרשום שמות ושאלות.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לראיון כדאי להגיע __________ דקות לפני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הכניסה לראיון כדאי __________ את הטלפון.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למגמות אמנות, צילום ועיצוב כדאי להביא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מאחרים, חשוב __________ מראש ולהתנצל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עבודה במסעדה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להביא עט ודף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למלגה או לוועדה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להביא אותה או אישור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 אמנות או עיצוב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לבוש מעט יותר רשמי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ביקשו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לבוש פשוט ומסודר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רוצים לזכור שאלות ששאלתם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להביא תיק עבודות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לצאת מהבית בזמן כדי להגיע 10 דקות לפני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להמתין בנחת עד שקוראים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להיכנס לראיון עם השאלות שהכנתם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למקום ולכבות או להשתיק את הטלפון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את הדרך מראש, כולל זמן חניה או 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עצות שהייתם נותנים לחבר שמתכונן לראיון עבודה ראשונה.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איחרתם מעט לראיון. כתבו מה הייתם 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דקות לפני הראיון כדאי להגיע?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עם הטלפון לפני הכניסה?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לדבר אחד שחשוב להביא לראיון.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לבוש, דייקנות ומה מביאים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