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לבוש, דייקנות ומה מביאים לראיון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כללי לבוש מתאימים לראיון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איך לתכנן זמן ולהגיע בדייקנות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מה חשוב להביא לראיון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לבוש פשוט ומסודר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10 דקות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העיקר שהלבוש נקי ומסודר, לא חייבים בגדים חדשים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נוהגים כשיש איחור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מצב לפעולה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(לבוש פשוט ומסודר)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(להביא אותה או אישור)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(להביא עט ודף קטן)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הנכונים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לתכנן את הדרך מראש, כולל זמן חניה או 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לצאת מהבית בזמן כדי להגיע 10 דקות לפני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להמתין בנחת עד שקוראים לכם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לבוש מתאים, הגעה בזמן, הבאת פריטים נחוצים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10 דקות לפני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לכבות או להשתיק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לדוגמה: עט ודף, בקבוק מים, תעודת זהות או תיק עבודות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לדמות מצב של ראיון קצר ולתרגל דייקנות ולבוש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התרגול למגמת הלימוד האישית של כל 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בחלקים ללא סימון skip_n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לבוש, דייקנות ומה מביאים לראיון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לפני ראיון עבודה, ראיון למלגה או לוועדה חשוב להתכונן גם בפרטים הקטנים: מה ללבוש, איך להגיע בזמן ומה להביא איתכם. דף זה יעזור לכם לתרגל את הכללים האלה.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10  ·  לכבות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לבוש הכי מתאים לראיון עבודה במסעדה?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חליפה רשמית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לבוש פשוט ומסודר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בגדי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דקות לפני הראיון מומלץ להגיע?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דקה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אין צורך להגיע מוקדם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10 דקות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חייבים לקנות בגדים חדשים ויקרים לראיון.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מאחרים לראיון כדאי להתקשר או לכתוב מראש ולהתנצל בקצרה.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לראיון כדאי להגיע __________ דקות לפני הזמן.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לפני הכניסה לראיון כדאי __________ את הטלפון.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מצב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ראיון עבודה במסעדה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להביא אותה או אישור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ביקשו תעודת זהות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להביא עט ודף קטן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רוצים לזכור שאלות ששאלתם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לבוש פשוט ומסודר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השלבים הנכונים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להמתין בנחת עד שקוראים לכם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לתכנן את הדרך מראש, כולל זמן חניה או תחנה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לצאת מהבית בזמן כדי להגיע 10 דקות לפני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 עצות שהייתם נותנים לחבר שמתכונן לראיון עבודה ראשונה.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דקות לפני הראיון כדאי להגיע?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חשוב לעשות עם הטלפון לפני הכניסה?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לבוש, דייקנות ומה מביאים לראיון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